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E45F29" w:rsidRPr="00E45F29">
        <w:rPr>
          <w:b/>
          <w:bCs/>
          <w:color w:val="943634" w:themeColor="accent2" w:themeShade="BF"/>
          <w:sz w:val="28"/>
          <w:szCs w:val="28"/>
          <w:lang w:val="el-GR"/>
        </w:rPr>
        <w:t>ΔΕΚΕΜΒΡΙΟΥ</w:t>
      </w:r>
      <w:r w:rsidR="00E45F29">
        <w:rPr>
          <w:b/>
          <w:bCs/>
          <w:color w:val="943634" w:themeColor="accent2" w:themeShade="BF"/>
          <w:sz w:val="28"/>
          <w:szCs w:val="28"/>
          <w:lang w:val="el-GR"/>
        </w:rPr>
        <w:t xml:space="preserve"> </w:t>
      </w: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>2025</w:t>
      </w:r>
    </w:p>
    <w:tbl>
      <w:tblPr>
        <w:tblStyle w:val="afa"/>
        <w:tblW w:w="9072" w:type="dxa"/>
        <w:tblLook w:val="04A0"/>
      </w:tblPr>
      <w:tblGrid>
        <w:gridCol w:w="1581"/>
        <w:gridCol w:w="1254"/>
        <w:gridCol w:w="349"/>
        <w:gridCol w:w="6572"/>
      </w:tblGrid>
      <w:tr w:rsidR="002C0BBB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b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E45F29" w:rsidRDefault="00541BD1" w:rsidP="00541BD1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1C2312" w:rsidRPr="00E45F29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  <w:lang w:val="el-GR"/>
              </w:rPr>
            </w:pPr>
            <w:r w:rsidRPr="00E45F29">
              <w:rPr>
                <w:rFonts w:ascii="Tahoma" w:hAnsi="Tahoma" w:cs="Tahoma"/>
                <w:b/>
                <w:color w:val="000000"/>
                <w:sz w:val="18"/>
                <w:szCs w:val="18"/>
                <w:lang w:val="el-GR"/>
              </w:rPr>
              <w:t>ΣΚΙΝΕΣ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E45F29" w:rsidRDefault="005F3A0C" w:rsidP="005F3A0C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rFonts w:ascii="Tahoma" w:hAnsi="Tahoma" w:cs="Tahoma"/>
                <w:b/>
                <w:color w:val="000000"/>
                <w:sz w:val="18"/>
                <w:szCs w:val="18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825B5C" w:rsidRDefault="00825B5C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1,2,4,8,9,11,15,16,18,22,23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10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2C0BBB" w:rsidRDefault="002C0BBB" w:rsidP="00E45F29">
            <w:pPr>
              <w:jc w:val="center"/>
              <w:rPr>
                <w:b/>
                <w:sz w:val="40"/>
                <w:szCs w:val="40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17</w:t>
            </w:r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Default="001C2312" w:rsidP="00974EC3">
            <w:pPr>
              <w:jc w:val="center"/>
              <w:rPr>
                <w:b/>
                <w:lang w:val="el-GR"/>
              </w:rPr>
            </w:pPr>
          </w:p>
          <w:p w:rsidR="008C5283" w:rsidRPr="00E45F29" w:rsidRDefault="008C5283" w:rsidP="00974EC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45F29">
              <w:rPr>
                <w:rFonts w:ascii="Tahoma" w:hAnsi="Tahoma" w:cs="Tahoma"/>
                <w:b/>
                <w:sz w:val="18"/>
                <w:szCs w:val="18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A04FF5" w:rsidRDefault="00A04FF5" w:rsidP="00A83BBC">
            <w:pPr>
              <w:jc w:val="center"/>
            </w:pPr>
            <w: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8A1422" w:rsidP="00E45F29">
            <w:pPr>
              <w:jc w:val="center"/>
              <w:rPr>
                <w:b/>
                <w:sz w:val="36"/>
                <w:szCs w:val="36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1</w:t>
            </w:r>
            <w:r w:rsidR="00C55E5D" w:rsidRPr="00E45F29">
              <w:rPr>
                <w:b/>
                <w:sz w:val="36"/>
                <w:szCs w:val="36"/>
              </w:rPr>
              <w:t>.12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3,18</w:t>
            </w: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9</w:t>
            </w: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8A1422" w:rsidRDefault="008A1422" w:rsidP="00E45F29">
            <w:pPr>
              <w:jc w:val="center"/>
              <w:rPr>
                <w:b/>
                <w:sz w:val="40"/>
                <w:szCs w:val="40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3,18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682854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C55E5D" w:rsidP="00E45F29">
            <w:pPr>
              <w:jc w:val="center"/>
              <w:rPr>
                <w:b/>
                <w:sz w:val="36"/>
                <w:szCs w:val="36"/>
              </w:rPr>
            </w:pPr>
            <w:r w:rsidRPr="00E45F29">
              <w:rPr>
                <w:b/>
                <w:sz w:val="36"/>
                <w:szCs w:val="36"/>
              </w:rPr>
              <w:t>1</w:t>
            </w:r>
            <w:r w:rsidRPr="00E45F29">
              <w:rPr>
                <w:b/>
                <w:sz w:val="36"/>
                <w:szCs w:val="36"/>
                <w:lang w:val="el-GR"/>
              </w:rPr>
              <w:t>,</w:t>
            </w:r>
            <w:r w:rsidRPr="00E45F29">
              <w:rPr>
                <w:b/>
                <w:sz w:val="36"/>
                <w:szCs w:val="36"/>
              </w:rPr>
              <w:t>31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682854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C55E5D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2,23</w:t>
            </w:r>
          </w:p>
        </w:tc>
      </w:tr>
      <w:tr w:rsidR="002C0BBB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A83BBC" w:rsidRDefault="001C2312" w:rsidP="00974EC3">
            <w:pPr>
              <w:jc w:val="center"/>
              <w:rPr>
                <w:b/>
                <w:u w:val="single"/>
                <w:lang w:val="el-GR"/>
              </w:rPr>
            </w:pPr>
            <w:r w:rsidRPr="007A6E40">
              <w:rPr>
                <w:b/>
                <w:u w:val="single"/>
                <w:lang w:val="el-GR"/>
              </w:rPr>
              <w:t>ΠΕΡΙΦΕΡΕΙΑΚΟ ΙΑΤΡΕΙΟ</w:t>
            </w:r>
          </w:p>
          <w:p w:rsidR="001C2312" w:rsidRPr="00541BD1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lang w:val="el-GR"/>
              </w:rPr>
              <w:t xml:space="preserve"> </w:t>
            </w:r>
            <w:r w:rsidR="007A6E40" w:rsidRPr="007A6E40">
              <w:rPr>
                <w:b/>
                <w:sz w:val="20"/>
                <w:szCs w:val="20"/>
                <w:lang w:val="el-GR"/>
              </w:rPr>
              <w:t>ΜΕΣΚΛΑ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ΘΕΡΙΣΟΣ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7A6E40" w:rsidRPr="00A83BBC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7A6E40" w:rsidRPr="007A6E40" w:rsidRDefault="007A6E40" w:rsidP="00974EC3">
            <w:pPr>
              <w:jc w:val="center"/>
              <w:rPr>
                <w:b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7A6E40" w:rsidRDefault="00C41B55" w:rsidP="00A83BBC">
            <w:pPr>
              <w:jc w:val="center"/>
            </w:pPr>
            <w:r>
              <w:lastRenderedPageBreak/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1C2312" w:rsidRDefault="00E45F29" w:rsidP="009C4E53">
            <w:pPr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1,8,19</w:t>
            </w: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2,17</w:t>
            </w: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P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lastRenderedPageBreak/>
              <w:t>2,8,15,22</w:t>
            </w:r>
          </w:p>
        </w:tc>
      </w:tr>
      <w:tr w:rsidR="002C0BBB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6A2E73" w:rsidRPr="00E45F29" w:rsidRDefault="001C2312" w:rsidP="00E45F29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</w:rPr>
              <w:lastRenderedPageBreak/>
              <w:t>ΠΕΡΙΦΕΡΕΙΑΚΟ ΙΑΤΡΕΙΟ</w:t>
            </w:r>
          </w:p>
          <w:p w:rsidR="006A2E73" w:rsidRPr="006A2E73" w:rsidRDefault="00682854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B62C11" w:rsidRDefault="00B62C11" w:rsidP="00A83BBC">
            <w:pPr>
              <w:jc w:val="center"/>
            </w:pPr>
            <w:r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1C2312" w:rsidRP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10,22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E45F29" w:rsidRDefault="001C2312" w:rsidP="00E45F29">
            <w:pPr>
              <w:jc w:val="center"/>
              <w:rPr>
                <w:b/>
                <w:lang w:val="el-GR"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Pr="006A2E73" w:rsidRDefault="00682854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6A2E73" w:rsidRP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1,10,17</w:t>
            </w:r>
          </w:p>
        </w:tc>
      </w:tr>
      <w:tr w:rsidR="002C0BBB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6D230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color w:val="auto"/>
                <w:sz w:val="22"/>
                <w:szCs w:val="22"/>
              </w:rPr>
            </w:pPr>
            <w:r w:rsidRPr="006D2309">
              <w:rPr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6D2309" w:rsidRDefault="00682854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6D2309">
                <w:rPr>
                  <w:rStyle w:val="-"/>
                  <w:rFonts w:ascii="inherit" w:hAnsi="inherit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D000BA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E45F29" w:rsidP="00F529E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5,8,11,16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Pr="00E45F29" w:rsidRDefault="00F529E3" w:rsidP="00974EC3">
            <w:pPr>
              <w:jc w:val="center"/>
              <w:rPr>
                <w:b/>
                <w:bCs/>
                <w:sz w:val="20"/>
                <w:szCs w:val="20"/>
              </w:rPr>
            </w:pPr>
            <w:r w:rsidRPr="00E45F29">
              <w:rPr>
                <w:b/>
                <w:bCs/>
                <w:sz w:val="20"/>
                <w:szCs w:val="20"/>
              </w:rPr>
              <w:t xml:space="preserve">ΠΕΡΙΦΕΡΕΙΑΚΟ ΙΑΤΡΕΙΟ </w:t>
            </w:r>
          </w:p>
          <w:p w:rsidR="00F529E3" w:rsidRPr="00E45F29" w:rsidRDefault="00682854" w:rsidP="00974EC3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F529E3" w:rsidRPr="00E45F29">
                <w:rPr>
                  <w:rStyle w:val="-"/>
                  <w:b/>
                  <w:color w:val="auto"/>
                  <w:sz w:val="20"/>
                  <w:szCs w:val="20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P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5,8,11,16</w:t>
            </w:r>
          </w:p>
        </w:tc>
      </w:tr>
      <w:tr w:rsidR="002C0BBB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E45F29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 xml:space="preserve">ΠΕΡΙΦΕΡΕΙΑΚΟ ΙΑΤΡΕΙΟ </w:t>
            </w:r>
            <w:r w:rsidR="00C707A9" w:rsidRPr="00E45F29">
              <w:rPr>
                <w:b/>
                <w:sz w:val="20"/>
                <w:szCs w:val="20"/>
                <w:lang w:val="el-GR"/>
              </w:rPr>
              <w:t>ΡΟΥΜΑΤΩΝ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ΦΩΤΑΚΑΔΟΥ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E45F29" w:rsidRDefault="001D2D13" w:rsidP="001D2D1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1C2312" w:rsidRDefault="00E45F29" w:rsidP="00287245">
            <w:pPr>
              <w:rPr>
                <w:b/>
                <w:sz w:val="36"/>
                <w:szCs w:val="36"/>
                <w:lang w:val="el-GR"/>
              </w:rPr>
            </w:pPr>
            <w:r w:rsidRPr="00E45F29">
              <w:rPr>
                <w:b/>
                <w:sz w:val="36"/>
                <w:szCs w:val="36"/>
                <w:lang w:val="el-GR"/>
              </w:rPr>
              <w:t>4,10,17,23</w:t>
            </w:r>
          </w:p>
          <w:p w:rsid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8</w:t>
            </w:r>
          </w:p>
          <w:p w:rsid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P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8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Pr="00E45F29" w:rsidRDefault="001C2312" w:rsidP="00974EC3">
            <w:pPr>
              <w:jc w:val="center"/>
              <w:rPr>
                <w:b/>
                <w:sz w:val="18"/>
                <w:szCs w:val="18"/>
              </w:rPr>
            </w:pPr>
            <w:r w:rsidRPr="00E45F29">
              <w:rPr>
                <w:b/>
                <w:sz w:val="18"/>
                <w:szCs w:val="18"/>
              </w:rPr>
              <w:t>ΠΕΡΙΦΕΡΕΙΑΚΟ ΙΑΤΡΕΙΟ</w:t>
            </w:r>
          </w:p>
          <w:p w:rsidR="00C707A9" w:rsidRPr="00E45F29" w:rsidRDefault="00C707A9" w:rsidP="00974EC3">
            <w:pPr>
              <w:jc w:val="center"/>
              <w:rPr>
                <w:b/>
                <w:sz w:val="18"/>
                <w:szCs w:val="18"/>
              </w:rPr>
            </w:pPr>
          </w:p>
          <w:p w:rsidR="00C707A9" w:rsidRPr="00E45F29" w:rsidRDefault="00682854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hyperlink r:id="rId12" w:history="1">
              <w:r w:rsidR="00C707A9" w:rsidRPr="00E45F29">
                <w:rPr>
                  <w:rStyle w:val="-"/>
                  <w:b/>
                  <w:color w:val="auto"/>
                  <w:sz w:val="18"/>
                  <w:szCs w:val="18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2C0BBB">
            <w:pPr>
              <w:jc w:val="center"/>
            </w:pPr>
          </w:p>
          <w:p w:rsidR="001C2312" w:rsidRPr="004F2819" w:rsidRDefault="004F2819" w:rsidP="002C0BBB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1C2312" w:rsidRPr="002C0BBB" w:rsidRDefault="002C0BBB" w:rsidP="002C0BBB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2C0BBB">
              <w:rPr>
                <w:b/>
                <w:sz w:val="32"/>
                <w:szCs w:val="32"/>
                <w:lang w:val="el-GR"/>
              </w:rPr>
              <w:t>1,2,3,4,5,8,9,10,11,12,15,16,17,18,19,22,23,24,29,30,31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1C2312" w:rsidRPr="00BF2524" w:rsidRDefault="00BF2524" w:rsidP="009C4E53">
            <w:pPr>
              <w:rPr>
                <w:b/>
                <w:sz w:val="40"/>
                <w:szCs w:val="40"/>
                <w:lang w:val="el-GR"/>
              </w:rPr>
            </w:pPr>
            <w:r w:rsidRPr="00BF2524">
              <w:rPr>
                <w:b/>
                <w:sz w:val="40"/>
                <w:szCs w:val="40"/>
                <w:lang w:val="el-GR"/>
              </w:rPr>
              <w:t>1,2,3,45,8,910,11,12,15,17,18,19,22,23,29</w:t>
            </w:r>
          </w:p>
        </w:tc>
      </w:tr>
      <w:tr w:rsidR="002C0BBB" w:rsidRPr="002C0BBB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ΡΟΔΟΒΑΝΙΟΥ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C55E5D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E45F29" w:rsidRDefault="00E45F2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</w:p>
          <w:p w:rsidR="00F23EED" w:rsidRPr="003D64E3" w:rsidRDefault="00F23EED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3,12</w:t>
            </w:r>
          </w:p>
        </w:tc>
      </w:tr>
      <w:tr w:rsidR="00974EC3" w:rsidRPr="002C0BBB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Pr="002C0BBB" w:rsidRDefault="00974EC3" w:rsidP="00974EC3">
            <w:pPr>
              <w:rPr>
                <w:lang w:val="el-GR"/>
              </w:rPr>
            </w:pPr>
          </w:p>
        </w:tc>
      </w:tr>
    </w:tbl>
    <w:p w:rsidR="002228FE" w:rsidRPr="00EA173B" w:rsidRDefault="00AA4E25" w:rsidP="00EA173B">
      <w:pPr>
        <w:jc w:val="both"/>
        <w:rPr>
          <w:b/>
          <w:bCs/>
          <w:lang w:val="el-GR"/>
        </w:rPr>
      </w:pPr>
      <w:r w:rsidRPr="006B4A39">
        <w:rPr>
          <w:i/>
          <w:lang w:val="el-GR"/>
        </w:rPr>
        <w:br/>
      </w:r>
      <w:proofErr w:type="spellStart"/>
      <w:r w:rsidRPr="00EA173B">
        <w:rPr>
          <w:b/>
          <w:bCs/>
          <w:i/>
          <w:u w:val="single"/>
          <w:lang w:val="el-GR"/>
        </w:rPr>
        <w:t>ΣΗΜΕΙΩΣΗ:</w:t>
      </w:r>
      <w:r w:rsidR="000826F1" w:rsidRPr="00EA173B">
        <w:rPr>
          <w:b/>
          <w:bCs/>
          <w:i/>
          <w:lang w:val="el-GR"/>
        </w:rPr>
        <w:t>Για</w:t>
      </w:r>
      <w:proofErr w:type="spellEnd"/>
      <w:r w:rsidR="000826F1" w:rsidRPr="00EA173B">
        <w:rPr>
          <w:b/>
          <w:bCs/>
          <w:i/>
          <w:lang w:val="el-GR"/>
        </w:rPr>
        <w:t xml:space="preserve">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sectPr w:rsidR="002228FE" w:rsidRPr="00EA173B" w:rsidSect="004B4D03">
      <w:pgSz w:w="12240" w:h="15840"/>
      <w:pgMar w:top="993" w:right="9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E624C8"/>
    <w:multiLevelType w:val="hybridMultilevel"/>
    <w:tmpl w:val="A4749D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E2437"/>
    <w:rsid w:val="00145205"/>
    <w:rsid w:val="0015074B"/>
    <w:rsid w:val="001574B3"/>
    <w:rsid w:val="00176E5E"/>
    <w:rsid w:val="001C2312"/>
    <w:rsid w:val="001D2D13"/>
    <w:rsid w:val="001F068C"/>
    <w:rsid w:val="002228FE"/>
    <w:rsid w:val="00287245"/>
    <w:rsid w:val="0029639D"/>
    <w:rsid w:val="002C0BBB"/>
    <w:rsid w:val="002C33F1"/>
    <w:rsid w:val="002E7911"/>
    <w:rsid w:val="00326F90"/>
    <w:rsid w:val="003648D8"/>
    <w:rsid w:val="003B127B"/>
    <w:rsid w:val="003D64E3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81400"/>
    <w:rsid w:val="005A2F22"/>
    <w:rsid w:val="005B622B"/>
    <w:rsid w:val="005D1337"/>
    <w:rsid w:val="005F3A0C"/>
    <w:rsid w:val="00636638"/>
    <w:rsid w:val="0066138C"/>
    <w:rsid w:val="00670FC4"/>
    <w:rsid w:val="00682854"/>
    <w:rsid w:val="006A2E73"/>
    <w:rsid w:val="006B4A39"/>
    <w:rsid w:val="006D2309"/>
    <w:rsid w:val="00705A8E"/>
    <w:rsid w:val="00751DEA"/>
    <w:rsid w:val="00795613"/>
    <w:rsid w:val="007A6E40"/>
    <w:rsid w:val="007E1AE6"/>
    <w:rsid w:val="007E20AF"/>
    <w:rsid w:val="00825B5C"/>
    <w:rsid w:val="008260B0"/>
    <w:rsid w:val="0083300E"/>
    <w:rsid w:val="00862F2F"/>
    <w:rsid w:val="00894FF2"/>
    <w:rsid w:val="008A1422"/>
    <w:rsid w:val="008C5283"/>
    <w:rsid w:val="008D3CD8"/>
    <w:rsid w:val="0097449D"/>
    <w:rsid w:val="00974EC3"/>
    <w:rsid w:val="009A159E"/>
    <w:rsid w:val="009B5691"/>
    <w:rsid w:val="009C4E53"/>
    <w:rsid w:val="009F5A7F"/>
    <w:rsid w:val="00A04FF5"/>
    <w:rsid w:val="00A83BBC"/>
    <w:rsid w:val="00AA1D8D"/>
    <w:rsid w:val="00AA4E25"/>
    <w:rsid w:val="00B47730"/>
    <w:rsid w:val="00B51079"/>
    <w:rsid w:val="00B62C11"/>
    <w:rsid w:val="00BF2524"/>
    <w:rsid w:val="00C21751"/>
    <w:rsid w:val="00C41B55"/>
    <w:rsid w:val="00C55E5D"/>
    <w:rsid w:val="00C6397D"/>
    <w:rsid w:val="00C707A9"/>
    <w:rsid w:val="00CB0664"/>
    <w:rsid w:val="00CB5404"/>
    <w:rsid w:val="00CC0D1F"/>
    <w:rsid w:val="00CD1E4A"/>
    <w:rsid w:val="00D000BA"/>
    <w:rsid w:val="00D70084"/>
    <w:rsid w:val="00D76EDA"/>
    <w:rsid w:val="00D938C4"/>
    <w:rsid w:val="00E110A8"/>
    <w:rsid w:val="00E45F29"/>
    <w:rsid w:val="00EA173B"/>
    <w:rsid w:val="00F23EED"/>
    <w:rsid w:val="00F529E3"/>
    <w:rsid w:val="00F67B53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evsfakaki</cp:lastModifiedBy>
  <cp:revision>2</cp:revision>
  <cp:lastPrinted>2025-10-10T10:54:00Z</cp:lastPrinted>
  <dcterms:created xsi:type="dcterms:W3CDTF">2025-12-04T11:52:00Z</dcterms:created>
  <dcterms:modified xsi:type="dcterms:W3CDTF">2025-12-04T11:52:00Z</dcterms:modified>
</cp:coreProperties>
</file>